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368"/>
            <w:shd w:fill="234A3A"/>
            <w:tcBorders>
              <w:top w:val="single" w:sz="0" w:color="234A3A"/>
              <w:left w:val="single" w:sz="0" w:color="234A3A"/>
              <w:bottom w:val="single" w:sz="0" w:color="234A3A"/>
              <w:right w:val="single" w:sz="0" w:color="234A3A"/>
            </w:tcBorders>
          </w:tcPr>
          <w:p>
            <w:pPr>
              <w:spacing w:after="60"/>
              <w:jc w:val="left"/>
            </w:pPr>
            <w:r>
              <w:rPr>
                <w:rFonts w:ascii="Georgia" w:hAnsi="Georgia"/>
                <w:b/>
                <w:color w:val="F7F3EA"/>
                <w:sz w:val="40"/>
              </w:rPr>
              <w:t>VANE</w:t>
            </w:r>
          </w:p>
          <w:p>
            <w:pPr>
              <w:spacing w:after="60"/>
            </w:pPr>
            <w:r>
              <w:rPr>
                <w:rFonts w:ascii="Aptos" w:hAnsi="Aptos"/>
                <w:color w:val="D4E0CA"/>
                <w:sz w:val="19"/>
              </w:rPr>
              <w:t>Official E-Commerce Copy &amp; Content</w:t>
            </w:r>
          </w:p>
        </w:tc>
      </w:tr>
    </w:tbl>
    <w:p>
      <w:pPr>
        <w:spacing w:after="40"/>
      </w:pPr>
    </w:p>
    <w:p>
      <w:pPr>
        <w:pStyle w:val="Heading1"/>
        <w:spacing w:before="80" w:after="160"/>
      </w:pPr>
      <w:r>
        <w:t>CONTACT US</w:t>
      </w:r>
    </w:p>
    <w:p>
      <w:r>
        <w:t>Have a question about an order, product details, returns, or another enquiry? We are here to help.</w:t>
      </w:r>
    </w:p>
    <w:p>
      <w:pPr>
        <w:pStyle w:val="Heading2"/>
        <w:spacing w:before="140" w:after="80"/>
      </w:pPr>
      <w:r>
        <w:t>Customer Care Team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0E5"/>
            <w:vAlign w:val="center"/>
            <w:tcBorders>
              <w:top w:val="single" w:sz="4" w:color="D9D7CC"/>
              <w:left w:val="single" w:sz="4" w:color="D9D7CC"/>
              <w:bottom w:val="single" w:sz="4" w:color="D9D7CC"/>
              <w:right w:val="single" w:sz="4" w:color="D9D7CC"/>
            </w:tcBorders>
          </w:tcPr>
          <w:p>
            <w:r>
              <w:rPr>
                <w:b/>
              </w:rPr>
              <w:t>Email</w:t>
            </w:r>
          </w:p>
        </w:tc>
        <w:tc>
          <w:tcPr>
            <w:tcW w:type="dxa" w:w="5184"/>
            <w:shd w:fill="FFFFFF"/>
            <w:vAlign w:val="center"/>
            <w:tcBorders>
              <w:top w:val="single" w:sz="4" w:color="D9D7CC"/>
              <w:left w:val="single" w:sz="4" w:color="D9D7CC"/>
              <w:bottom w:val="single" w:sz="4" w:color="D9D7CC"/>
              <w:right w:val="single" w:sz="4" w:color="D9D7CC"/>
            </w:tcBorders>
          </w:tcPr>
          <w:p>
            <w:r>
              <w:t>support.vane@gmail.com</w:t>
            </w:r>
          </w:p>
        </w:tc>
      </w:tr>
      <w:tr>
        <w:tc>
          <w:tcPr>
            <w:tcW w:type="dxa" w:w="5184"/>
            <w:shd w:fill="EEF0E5"/>
            <w:vAlign w:val="center"/>
            <w:tcBorders>
              <w:top w:val="single" w:sz="4" w:color="D9D7CC"/>
              <w:left w:val="single" w:sz="4" w:color="D9D7CC"/>
              <w:bottom w:val="single" w:sz="4" w:color="D9D7CC"/>
              <w:right w:val="single" w:sz="4" w:color="D9D7CC"/>
            </w:tcBorders>
          </w:tcPr>
          <w:p>
            <w:r>
              <w:rPr>
                <w:b/>
              </w:rPr>
              <w:t>Operating Hours</w:t>
            </w:r>
          </w:p>
        </w:tc>
        <w:tc>
          <w:tcPr>
            <w:tcW w:type="dxa" w:w="5184"/>
            <w:shd w:fill="FFFFFF"/>
            <w:vAlign w:val="center"/>
            <w:tcBorders>
              <w:top w:val="single" w:sz="4" w:color="D9D7CC"/>
              <w:left w:val="single" w:sz="4" w:color="D9D7CC"/>
              <w:bottom w:val="single" w:sz="4" w:color="D9D7CC"/>
              <w:right w:val="single" w:sz="4" w:color="D9D7CC"/>
            </w:tcBorders>
          </w:tcPr>
          <w:p>
            <w:r>
              <w:t>Monday – Friday, 9:00 AM – 5:00 PM (UK time)</w:t>
            </w:r>
          </w:p>
        </w:tc>
      </w:tr>
      <w:tr>
        <w:tc>
          <w:tcPr>
            <w:tcW w:type="dxa" w:w="5184"/>
            <w:shd w:fill="EEF0E5"/>
            <w:vAlign w:val="center"/>
            <w:tcBorders>
              <w:top w:val="single" w:sz="4" w:color="D9D7CC"/>
              <w:left w:val="single" w:sz="4" w:color="D9D7CC"/>
              <w:bottom w:val="single" w:sz="4" w:color="D9D7CC"/>
              <w:right w:val="single" w:sz="4" w:color="D9D7CC"/>
            </w:tcBorders>
          </w:tcPr>
          <w:p>
            <w:r>
              <w:rPr>
                <w:b/>
              </w:rPr>
              <w:t>Response Time</w:t>
            </w:r>
          </w:p>
        </w:tc>
        <w:tc>
          <w:tcPr>
            <w:tcW w:type="dxa" w:w="5184"/>
            <w:shd w:fill="FFFFFF"/>
            <w:vAlign w:val="center"/>
            <w:tcBorders>
              <w:top w:val="single" w:sz="4" w:color="D9D7CC"/>
              <w:left w:val="single" w:sz="4" w:color="D9D7CC"/>
              <w:bottom w:val="single" w:sz="4" w:color="D9D7CC"/>
              <w:right w:val="single" w:sz="4" w:color="D9D7CC"/>
            </w:tcBorders>
          </w:tcPr>
          <w:p>
            <w:r>
              <w:t>We aim to respond to enquiries within 24–48 business hours.</w:t>
            </w:r>
          </w:p>
        </w:tc>
      </w:tr>
    </w:tbl>
    <w:p>
      <w:pPr>
        <w:pStyle w:val="Heading2"/>
        <w:spacing w:before="140" w:after="80"/>
      </w:pPr>
      <w:r>
        <w:t>Contact Form Fields (for Wix Form Setup)</w:t>
      </w:r>
    </w:p>
    <w:p>
      <w:pPr>
        <w:pStyle w:val="ListBullet"/>
        <w:spacing w:after="40"/>
      </w:pPr>
      <w:r>
        <w:t>Full Name* (Short Text)</w:t>
      </w:r>
    </w:p>
    <w:p>
      <w:pPr>
        <w:pStyle w:val="ListBullet"/>
        <w:spacing w:after="40"/>
      </w:pPr>
      <w:r>
        <w:t>Email Address* (Email field)</w:t>
      </w:r>
    </w:p>
    <w:p>
      <w:pPr>
        <w:pStyle w:val="ListBullet"/>
        <w:spacing w:after="40"/>
      </w:pPr>
      <w:r>
        <w:t>Order Number (Optional Short Text)</w:t>
      </w:r>
    </w:p>
    <w:p>
      <w:pPr>
        <w:pStyle w:val="ListBullet"/>
        <w:spacing w:after="40"/>
      </w:pPr>
      <w:r>
        <w:t>Subject* (Dropdown: General Inquiry / Order Status / Returns &amp; Exchanges / Product Question / Other)</w:t>
      </w:r>
    </w:p>
    <w:p>
      <w:pPr>
        <w:pStyle w:val="ListBullet"/>
        <w:spacing w:after="40"/>
      </w:pPr>
      <w:r>
        <w:t>Message* (Paragraph Text Box)</w:t>
      </w:r>
    </w:p>
    <w:p>
      <w:r>
        <w:t>Fields marked with * are required.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96E66"/>
        <w:sz w:val="16"/>
      </w:rPr>
      <w:t>VANE London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3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4A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D867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234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